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1E7AE" w14:textId="132DD364" w:rsidR="00C477AE" w:rsidRPr="0082310A" w:rsidRDefault="0082310A" w:rsidP="0082310A">
      <w:pPr>
        <w:spacing w:before="120" w:after="0" w:line="240" w:lineRule="auto"/>
        <w:jc w:val="center"/>
        <w:rPr>
          <w:rStyle w:val="Pogrubienie"/>
          <w:rFonts w:eastAsiaTheme="majorEastAsia"/>
          <w:color w:val="000000"/>
          <w:lang w:val="pl-PL" w:bidi="fa-IR"/>
        </w:rPr>
      </w:pPr>
      <w:r w:rsidRPr="0082310A">
        <w:rPr>
          <w:rStyle w:val="Pogrubienie"/>
          <w:rFonts w:eastAsiaTheme="majorEastAsia"/>
          <w:color w:val="000000"/>
          <w:lang w:val="pl-PL" w:bidi="fa-IR"/>
        </w:rPr>
        <w:t>Międzynarodowe i międzydyscyplinarne z</w:t>
      </w:r>
      <w:r w:rsidR="00C477AE" w:rsidRPr="0082310A">
        <w:rPr>
          <w:rStyle w:val="Pogrubienie"/>
          <w:rFonts w:eastAsiaTheme="majorEastAsia"/>
          <w:color w:val="000000"/>
          <w:lang w:val="pl-PL" w:bidi="fa-IR"/>
        </w:rPr>
        <w:t>ajęcia projektowe</w:t>
      </w:r>
      <w:r w:rsidRPr="0082310A">
        <w:rPr>
          <w:rStyle w:val="Pogrubienie"/>
          <w:rFonts w:eastAsiaTheme="majorEastAsia"/>
          <w:color w:val="000000"/>
          <w:lang w:val="pl-PL" w:bidi="fa-IR"/>
        </w:rPr>
        <w:t xml:space="preserve"> </w:t>
      </w:r>
    </w:p>
    <w:p w14:paraId="6462A710" w14:textId="605B86FE" w:rsidR="0082310A" w:rsidRPr="0082310A" w:rsidRDefault="0082310A" w:rsidP="0082310A">
      <w:pPr>
        <w:spacing w:before="120" w:after="0" w:line="240" w:lineRule="auto"/>
        <w:jc w:val="center"/>
        <w:rPr>
          <w:rStyle w:val="Pogrubienie"/>
          <w:rFonts w:eastAsiaTheme="majorEastAsia"/>
          <w:color w:val="000000"/>
          <w:lang w:val="pl-PL" w:bidi="fa-IR"/>
        </w:rPr>
      </w:pPr>
      <w:r w:rsidRPr="0082310A">
        <w:rPr>
          <w:rStyle w:val="Pogrubienie"/>
          <w:rFonts w:eastAsiaTheme="majorEastAsia"/>
          <w:color w:val="000000"/>
          <w:lang w:val="pl-PL" w:bidi="fa-IR"/>
        </w:rPr>
        <w:t>luty-czerwiec 202</w:t>
      </w:r>
      <w:r w:rsidR="00D07070">
        <w:rPr>
          <w:rStyle w:val="Pogrubienie"/>
          <w:rFonts w:eastAsiaTheme="majorEastAsia"/>
          <w:color w:val="000000"/>
          <w:lang w:val="pl-PL" w:bidi="fa-IR"/>
        </w:rPr>
        <w:t>6</w:t>
      </w:r>
    </w:p>
    <w:p w14:paraId="0E4A2AE8" w14:textId="77777777" w:rsidR="00F82F44" w:rsidRPr="0082310A" w:rsidRDefault="00F82F44" w:rsidP="0082310A">
      <w:pPr>
        <w:spacing w:before="120" w:after="0" w:line="240" w:lineRule="auto"/>
        <w:jc w:val="center"/>
        <w:rPr>
          <w:rStyle w:val="Pogrubienie"/>
          <w:rFonts w:eastAsiaTheme="majorEastAsia"/>
          <w:color w:val="000000"/>
          <w:lang w:val="pl-PL" w:bidi="fa-IR"/>
        </w:rPr>
      </w:pPr>
    </w:p>
    <w:p w14:paraId="442A9E5A" w14:textId="7B28956F" w:rsidR="00C477AE" w:rsidRPr="0082310A" w:rsidRDefault="0082310A" w:rsidP="0082310A">
      <w:pPr>
        <w:spacing w:before="120" w:after="0" w:line="240" w:lineRule="auto"/>
        <w:jc w:val="center"/>
        <w:rPr>
          <w:lang w:val="pl-PL" w:bidi="fa-IR"/>
        </w:rPr>
      </w:pPr>
      <w:r w:rsidRPr="0082310A">
        <w:rPr>
          <w:rStyle w:val="Pogrubienie"/>
          <w:rFonts w:eastAsiaTheme="majorEastAsia"/>
          <w:color w:val="000000"/>
          <w:lang w:val="pl-PL" w:bidi="fa-IR"/>
        </w:rPr>
        <w:t>EMPOWERING STUDENTS TO DRIVE LOCAL ENERGY TRANSITION THROUGH MULTIDISCIPLINARY COMPETENCE AND COMMUNICATION</w:t>
      </w:r>
    </w:p>
    <w:p w14:paraId="3F14D1E8" w14:textId="77777777" w:rsidR="00C477AE" w:rsidRPr="0082310A" w:rsidRDefault="00C477AE" w:rsidP="0082310A">
      <w:pPr>
        <w:spacing w:before="120" w:after="0" w:line="240" w:lineRule="auto"/>
        <w:jc w:val="both"/>
        <w:rPr>
          <w:lang w:val="pl-PL" w:bidi="fa-IR"/>
        </w:rPr>
      </w:pPr>
    </w:p>
    <w:p w14:paraId="225F2DBD" w14:textId="59CA4062" w:rsidR="00CA78F9" w:rsidRPr="0082310A" w:rsidRDefault="00D07070" w:rsidP="0082310A">
      <w:pPr>
        <w:spacing w:before="120" w:after="0" w:line="240" w:lineRule="auto"/>
        <w:jc w:val="both"/>
        <w:rPr>
          <w:lang w:val="pl-PL" w:bidi="fa-IR"/>
        </w:rPr>
      </w:pPr>
      <w:r w:rsidRPr="0082310A">
        <w:rPr>
          <w:lang w:val="pl-PL" w:bidi="fa-IR"/>
        </w:rPr>
        <w:t>Drodzy Studenci i Doktoranci PW,</w:t>
      </w:r>
    </w:p>
    <w:p w14:paraId="386A68CD" w14:textId="57A86A44" w:rsidR="00CA78F9" w:rsidRPr="0082310A" w:rsidRDefault="00D07070" w:rsidP="0082310A">
      <w:pPr>
        <w:spacing w:before="120" w:after="0" w:line="240" w:lineRule="auto"/>
        <w:jc w:val="both"/>
        <w:rPr>
          <w:lang w:val="pl-PL" w:bidi="fa-IR"/>
        </w:rPr>
      </w:pPr>
      <w:r w:rsidRPr="0082310A">
        <w:rPr>
          <w:lang w:val="pl-PL" w:bidi="fa-IR"/>
        </w:rPr>
        <w:t xml:space="preserve">Jeśli interesuje Cię transformacja energetyczna, </w:t>
      </w:r>
      <w:r w:rsidR="00C477AE" w:rsidRPr="0082310A">
        <w:rPr>
          <w:lang w:val="pl-PL" w:bidi="fa-IR"/>
        </w:rPr>
        <w:t>małe reaktory modułowe (</w:t>
      </w:r>
      <w:r w:rsidRPr="0082310A">
        <w:rPr>
          <w:lang w:val="pl-PL" w:bidi="fa-IR"/>
        </w:rPr>
        <w:t>SMR</w:t>
      </w:r>
      <w:r w:rsidR="00C477AE" w:rsidRPr="0082310A">
        <w:rPr>
          <w:lang w:val="pl-PL" w:bidi="fa-IR"/>
        </w:rPr>
        <w:t>)</w:t>
      </w:r>
      <w:r w:rsidRPr="0082310A">
        <w:rPr>
          <w:lang w:val="pl-PL" w:bidi="fa-IR"/>
        </w:rPr>
        <w:t>, prawo i regulacje, a do tego chcesz rozwinąć kompetencje projektowe i komunikacyjne, zapraszamy do udziału w nowym projekcie dydaktycznym realizowanym na WAiNS PW w ramach programu ENHANCE Testbed.</w:t>
      </w:r>
    </w:p>
    <w:p w14:paraId="0B88BBDF" w14:textId="64D15C17" w:rsidR="00C477AE" w:rsidRDefault="002F1A25" w:rsidP="0082310A">
      <w:pPr>
        <w:spacing w:before="120" w:after="0" w:line="240" w:lineRule="auto"/>
        <w:jc w:val="both"/>
        <w:rPr>
          <w:lang w:val="pl-PL" w:bidi="fa-IR"/>
        </w:rPr>
      </w:pPr>
      <w:r w:rsidRPr="002F1A25">
        <w:rPr>
          <w:lang w:val="pl-PL" w:bidi="fa-IR"/>
        </w:rPr>
        <w:t>W międzynarodowym zespole składającym się z przedstawicieli Politechniki Warszawskiej, Politechniki w Berlinie i Politechniki w Walencji będziesz pracować nad modelem transfomacji energetycznej polskiej gminy (Płock).</w:t>
      </w:r>
    </w:p>
    <w:p w14:paraId="3E1B6835" w14:textId="77777777" w:rsidR="002F1A25" w:rsidRPr="0082310A" w:rsidRDefault="002F1A25" w:rsidP="0082310A">
      <w:pPr>
        <w:spacing w:before="120" w:after="0" w:line="240" w:lineRule="auto"/>
        <w:jc w:val="both"/>
        <w:rPr>
          <w:lang w:val="pl-PL" w:bidi="fa-IR"/>
        </w:rPr>
      </w:pPr>
    </w:p>
    <w:p w14:paraId="652E723F" w14:textId="170DF504" w:rsidR="00CA78F9" w:rsidRPr="0082310A" w:rsidRDefault="00F82F44" w:rsidP="0082310A">
      <w:pPr>
        <w:spacing w:before="120" w:after="0" w:line="240" w:lineRule="auto"/>
        <w:jc w:val="center"/>
        <w:rPr>
          <w:b/>
          <w:bCs/>
          <w:lang w:val="pl-PL" w:bidi="fa-IR"/>
        </w:rPr>
      </w:pPr>
      <w:r w:rsidRPr="0082310A">
        <w:rPr>
          <w:b/>
          <w:bCs/>
          <w:lang w:val="pl-PL" w:bidi="fa-IR"/>
        </w:rPr>
        <w:t>CO BĘDZIESZ ROBIĆ?</w:t>
      </w:r>
      <w:r w:rsidR="00CC66AF">
        <w:rPr>
          <w:b/>
          <w:bCs/>
          <w:lang w:val="pl-PL" w:bidi="fa-IR"/>
        </w:rPr>
        <w:br/>
      </w:r>
    </w:p>
    <w:p w14:paraId="7578F099" w14:textId="77777777" w:rsidR="00C477AE" w:rsidRPr="0082310A" w:rsidRDefault="00C477AE" w:rsidP="0082310A">
      <w:pPr>
        <w:pStyle w:val="Akapitzlist"/>
        <w:numPr>
          <w:ilvl w:val="0"/>
          <w:numId w:val="11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opracujesz strategię transformacji energetycznej dla wybranej gminy, uwzględniając aspekty techniczne, prawne, regulacyjne i społeczne (w tym opcje SMR/MMR)</w:t>
      </w:r>
    </w:p>
    <w:p w14:paraId="0F0C8482" w14:textId="45113ACA" w:rsidR="00C477AE" w:rsidRPr="0082310A" w:rsidRDefault="00C477AE" w:rsidP="0082310A">
      <w:pPr>
        <w:pStyle w:val="Akapitzlist"/>
        <w:numPr>
          <w:ilvl w:val="0"/>
          <w:numId w:val="11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przygotujesz strategię komunikacji oraz materiały multimedialne (audio-wideo) na potrzeby kampanii informacyjnej</w:t>
      </w:r>
    </w:p>
    <w:p w14:paraId="41E1D971" w14:textId="18EBA6CC" w:rsidR="00CA78F9" w:rsidRPr="0082310A" w:rsidRDefault="00C477AE" w:rsidP="0082310A">
      <w:pPr>
        <w:pStyle w:val="Akapitzlist"/>
        <w:numPr>
          <w:ilvl w:val="0"/>
          <w:numId w:val="11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pracować będziesz w zespole międzywydziałowym i międzynarodowym, z wykorzystaniem nowoczesnych metod dydaktycznych</w:t>
      </w:r>
    </w:p>
    <w:p w14:paraId="27F9AB68" w14:textId="77777777" w:rsidR="00C477AE" w:rsidRPr="0082310A" w:rsidRDefault="00C477AE" w:rsidP="0082310A">
      <w:pPr>
        <w:spacing w:before="120" w:after="0" w:line="240" w:lineRule="auto"/>
        <w:jc w:val="both"/>
        <w:rPr>
          <w:lang w:val="pl-PL" w:bidi="fa-IR"/>
        </w:rPr>
      </w:pPr>
    </w:p>
    <w:p w14:paraId="301179F7" w14:textId="4CC60C83" w:rsidR="00CA78F9" w:rsidRPr="0082310A" w:rsidRDefault="00F82F44" w:rsidP="0082310A">
      <w:pPr>
        <w:spacing w:before="120" w:after="0" w:line="240" w:lineRule="auto"/>
        <w:jc w:val="center"/>
        <w:rPr>
          <w:b/>
          <w:bCs/>
          <w:lang w:val="pl-PL" w:bidi="fa-IR"/>
        </w:rPr>
      </w:pPr>
      <w:r w:rsidRPr="0082310A">
        <w:rPr>
          <w:b/>
          <w:bCs/>
          <w:lang w:val="pl-PL" w:bidi="fa-IR"/>
        </w:rPr>
        <w:t>STRUKTURA PROJEKTU (MODUŁY)</w:t>
      </w:r>
      <w:r w:rsidR="00CC66AF">
        <w:rPr>
          <w:b/>
          <w:bCs/>
          <w:lang w:val="pl-PL" w:bidi="fa-IR"/>
        </w:rPr>
        <w:br/>
      </w:r>
    </w:p>
    <w:p w14:paraId="2980CCE0" w14:textId="37C9C606" w:rsidR="00CA78F9" w:rsidRPr="0082310A" w:rsidRDefault="00D07070" w:rsidP="0082310A">
      <w:pPr>
        <w:spacing w:before="120" w:after="0" w:line="240" w:lineRule="auto"/>
        <w:jc w:val="both"/>
        <w:rPr>
          <w:lang w:val="pl-PL" w:bidi="fa-IR"/>
        </w:rPr>
      </w:pPr>
      <w:r w:rsidRPr="0082310A">
        <w:rPr>
          <w:b/>
          <w:bCs/>
          <w:u w:val="single"/>
          <w:lang w:val="pl-PL" w:bidi="fa-IR"/>
        </w:rPr>
        <w:t>Moduł 1: Integracja wiedzy i wprowadzenie</w:t>
      </w:r>
      <w:r w:rsidRPr="0082310A">
        <w:rPr>
          <w:u w:val="single"/>
          <w:lang w:val="pl-PL" w:bidi="fa-IR"/>
        </w:rPr>
        <w:t xml:space="preserve"> (4 godz.)</w:t>
      </w:r>
      <w:r w:rsidR="00C477AE" w:rsidRPr="0082310A">
        <w:rPr>
          <w:lang w:val="pl-PL" w:bidi="fa-IR"/>
        </w:rPr>
        <w:t>: p</w:t>
      </w:r>
      <w:r w:rsidRPr="0082310A">
        <w:rPr>
          <w:lang w:val="pl-PL" w:bidi="fa-IR"/>
        </w:rPr>
        <w:t>oznasz przypadek Płocka oraz jego tło technologiczne, prawno-polityczne i środowiskowe. Nauczysz się patrzeć na</w:t>
      </w:r>
      <w:r w:rsidR="00C477AE" w:rsidRPr="0082310A">
        <w:rPr>
          <w:lang w:val="pl-PL" w:bidi="fa-IR"/>
        </w:rPr>
        <w:t xml:space="preserve"> t</w:t>
      </w:r>
      <w:r w:rsidRPr="0082310A">
        <w:rPr>
          <w:lang w:val="pl-PL" w:bidi="fa-IR"/>
        </w:rPr>
        <w:t>ransformację energetyczną z perspektywy systemowej.</w:t>
      </w:r>
      <w:r w:rsidR="00C477AE" w:rsidRPr="0082310A">
        <w:rPr>
          <w:lang w:val="pl-PL" w:bidi="fa-IR"/>
        </w:rPr>
        <w:t xml:space="preserve"> Poznasz kierunkowe uwarunkowania techniczne, społeczne i regulacyjne zastosowania różnych technologii energetycznych i funkcjonowania systemów.</w:t>
      </w:r>
    </w:p>
    <w:p w14:paraId="4D40868A" w14:textId="28932CFF" w:rsidR="00CA78F9" w:rsidRPr="0082310A" w:rsidRDefault="00D07070" w:rsidP="0082310A">
      <w:pPr>
        <w:spacing w:before="120" w:after="0" w:line="240" w:lineRule="auto"/>
        <w:jc w:val="both"/>
        <w:rPr>
          <w:lang w:val="pl-PL" w:bidi="fa-IR"/>
        </w:rPr>
      </w:pPr>
      <w:r w:rsidRPr="0082310A">
        <w:rPr>
          <w:b/>
          <w:bCs/>
          <w:u w:val="single"/>
          <w:lang w:val="pl-PL" w:bidi="fa-IR"/>
        </w:rPr>
        <w:t>Moduł 2: Wielodyscyplinarna ocena technologiczna i środowiskowa</w:t>
      </w:r>
      <w:r w:rsidRPr="0082310A">
        <w:rPr>
          <w:lang w:val="pl-PL" w:bidi="fa-IR"/>
        </w:rPr>
        <w:t xml:space="preserve"> (12 godz.)</w:t>
      </w:r>
      <w:r w:rsidR="00C477AE" w:rsidRPr="0082310A">
        <w:rPr>
          <w:lang w:val="pl-PL" w:bidi="fa-IR"/>
        </w:rPr>
        <w:t>: b</w:t>
      </w:r>
      <w:r w:rsidRPr="0082310A">
        <w:rPr>
          <w:lang w:val="pl-PL" w:bidi="fa-IR"/>
        </w:rPr>
        <w:t>ędziesz analizować obecny system energetyczny, dostępne opcje technologiczne,</w:t>
      </w:r>
      <w:r w:rsidR="00C477AE" w:rsidRPr="0082310A">
        <w:rPr>
          <w:lang w:val="pl-PL" w:bidi="fa-IR"/>
        </w:rPr>
        <w:t xml:space="preserve"> </w:t>
      </w:r>
      <w:r w:rsidRPr="0082310A">
        <w:rPr>
          <w:lang w:val="pl-PL" w:bidi="fa-IR"/>
        </w:rPr>
        <w:t>scenariusze i regulacje oraz ich wpływ na środowisko</w:t>
      </w:r>
      <w:r w:rsidR="00C477AE" w:rsidRPr="0082310A">
        <w:rPr>
          <w:lang w:val="pl-PL" w:bidi="fa-IR"/>
        </w:rPr>
        <w:t xml:space="preserve">, pod kierunkiem i przy udziale wykładowców ze wszystkich uczelni partnerskich. </w:t>
      </w:r>
    </w:p>
    <w:p w14:paraId="3F763BD1" w14:textId="0700DBF7" w:rsidR="00CA78F9" w:rsidRPr="0082310A" w:rsidRDefault="00D07070" w:rsidP="0082310A">
      <w:pPr>
        <w:spacing w:before="120" w:after="0" w:line="240" w:lineRule="auto"/>
        <w:jc w:val="both"/>
        <w:rPr>
          <w:lang w:val="pl-PL" w:bidi="fa-IR"/>
        </w:rPr>
      </w:pPr>
      <w:r w:rsidRPr="0082310A">
        <w:rPr>
          <w:b/>
          <w:bCs/>
          <w:u w:val="single"/>
          <w:lang w:val="pl-PL" w:bidi="fa-IR"/>
        </w:rPr>
        <w:t>Moduł 3: Opracowanie strategii</w:t>
      </w:r>
      <w:r w:rsidRPr="0082310A">
        <w:rPr>
          <w:lang w:val="pl-PL" w:bidi="fa-IR"/>
        </w:rPr>
        <w:t xml:space="preserve"> (6 godz.)</w:t>
      </w:r>
      <w:r w:rsidR="00F82F44" w:rsidRPr="0082310A">
        <w:rPr>
          <w:lang w:val="pl-PL" w:bidi="fa-IR"/>
        </w:rPr>
        <w:t>: w</w:t>
      </w:r>
      <w:r w:rsidRPr="0082310A">
        <w:rPr>
          <w:lang w:val="pl-PL" w:bidi="fa-IR"/>
        </w:rPr>
        <w:t>ypracujesz lokalną strategię transformacji energetycznej oraz mapę drogową wdrożenia – z jasno zdefiniowanymi etapami, aktorami i ryzykami.</w:t>
      </w:r>
      <w:r w:rsidR="00F82F44" w:rsidRPr="0082310A">
        <w:rPr>
          <w:lang w:val="pl-PL" w:bidi="fa-IR"/>
        </w:rPr>
        <w:t xml:space="preserve"> Na tym etapie kontaktować się będziesz z władzami gminy i innymi interesariuszami. </w:t>
      </w:r>
    </w:p>
    <w:p w14:paraId="2AB905DA" w14:textId="45480531" w:rsidR="00CA78F9" w:rsidRPr="0082310A" w:rsidRDefault="00D07070" w:rsidP="0082310A">
      <w:pPr>
        <w:spacing w:before="120" w:after="0" w:line="240" w:lineRule="auto"/>
        <w:jc w:val="both"/>
        <w:rPr>
          <w:lang w:val="pl-PL" w:bidi="fa-IR"/>
        </w:rPr>
      </w:pPr>
      <w:r w:rsidRPr="0082310A">
        <w:rPr>
          <w:b/>
          <w:bCs/>
          <w:u w:val="single"/>
          <w:lang w:val="pl-PL" w:bidi="fa-IR"/>
        </w:rPr>
        <w:t>Moduł 4</w:t>
      </w:r>
      <w:r w:rsidR="00F82F44" w:rsidRPr="0082310A">
        <w:rPr>
          <w:b/>
          <w:bCs/>
          <w:u w:val="single"/>
          <w:lang w:val="pl-PL" w:bidi="fa-IR"/>
        </w:rPr>
        <w:t xml:space="preserve"> i 5</w:t>
      </w:r>
      <w:r w:rsidRPr="0082310A">
        <w:rPr>
          <w:b/>
          <w:bCs/>
          <w:u w:val="single"/>
          <w:lang w:val="pl-PL" w:bidi="fa-IR"/>
        </w:rPr>
        <w:t xml:space="preserve">: Projektowanie </w:t>
      </w:r>
      <w:r w:rsidR="00F82F44" w:rsidRPr="0082310A">
        <w:rPr>
          <w:b/>
          <w:bCs/>
          <w:u w:val="single"/>
          <w:lang w:val="pl-PL" w:bidi="fa-IR"/>
        </w:rPr>
        <w:t xml:space="preserve">i wykonanie </w:t>
      </w:r>
      <w:r w:rsidRPr="0082310A">
        <w:rPr>
          <w:b/>
          <w:bCs/>
          <w:u w:val="single"/>
          <w:lang w:val="pl-PL" w:bidi="fa-IR"/>
        </w:rPr>
        <w:t>kampanii społecznej</w:t>
      </w:r>
      <w:r w:rsidRPr="0082310A">
        <w:rPr>
          <w:lang w:val="pl-PL" w:bidi="fa-IR"/>
        </w:rPr>
        <w:t xml:space="preserve"> (5</w:t>
      </w:r>
      <w:r w:rsidR="00F82F44" w:rsidRPr="0082310A">
        <w:rPr>
          <w:lang w:val="pl-PL" w:bidi="fa-IR"/>
        </w:rPr>
        <w:t>+6</w:t>
      </w:r>
      <w:r w:rsidRPr="0082310A">
        <w:rPr>
          <w:lang w:val="pl-PL" w:bidi="fa-IR"/>
        </w:rPr>
        <w:t xml:space="preserve"> godz.)</w:t>
      </w:r>
      <w:r w:rsidR="00F82F44" w:rsidRPr="0082310A">
        <w:rPr>
          <w:lang w:val="pl-PL" w:bidi="fa-IR"/>
        </w:rPr>
        <w:t>: p</w:t>
      </w:r>
      <w:r w:rsidRPr="0082310A">
        <w:rPr>
          <w:lang w:val="pl-PL" w:bidi="fa-IR"/>
        </w:rPr>
        <w:t xml:space="preserve">rzełożysz strategię na kampanię informacyjną i działania komunikacyjne skierowane do mieszkańców </w:t>
      </w:r>
      <w:r w:rsidRPr="0082310A">
        <w:rPr>
          <w:lang w:val="pl-PL" w:bidi="fa-IR"/>
        </w:rPr>
        <w:lastRenderedPageBreak/>
        <w:t>i interesariuszy. Nauczysz się budować przekaz zrozumiały dla różnych grup odbiorców.</w:t>
      </w:r>
      <w:r w:rsidR="00F82F44" w:rsidRPr="0082310A">
        <w:rPr>
          <w:lang w:val="pl-PL" w:bidi="fa-IR"/>
        </w:rPr>
        <w:t xml:space="preserve"> </w:t>
      </w:r>
      <w:r w:rsidRPr="0082310A">
        <w:rPr>
          <w:lang w:val="pl-PL" w:bidi="fa-IR"/>
        </w:rPr>
        <w:t>Przygotujesz materiały audiowizualne.</w:t>
      </w:r>
    </w:p>
    <w:p w14:paraId="3F1D66CF" w14:textId="77777777" w:rsidR="00F82F44" w:rsidRPr="0082310A" w:rsidRDefault="00F82F44" w:rsidP="0082310A">
      <w:pPr>
        <w:spacing w:before="120" w:after="0" w:line="240" w:lineRule="auto"/>
        <w:jc w:val="both"/>
        <w:rPr>
          <w:lang w:val="pl-PL" w:bidi="fa-IR"/>
        </w:rPr>
      </w:pPr>
    </w:p>
    <w:p w14:paraId="17224148" w14:textId="64DAE07E" w:rsidR="00CA78F9" w:rsidRPr="0082310A" w:rsidRDefault="00F82F44" w:rsidP="0082310A">
      <w:pPr>
        <w:spacing w:before="120" w:after="0" w:line="240" w:lineRule="auto"/>
        <w:jc w:val="center"/>
        <w:rPr>
          <w:b/>
          <w:bCs/>
          <w:lang w:val="pl-PL" w:bidi="fa-IR"/>
        </w:rPr>
      </w:pPr>
      <w:r w:rsidRPr="0082310A">
        <w:rPr>
          <w:b/>
          <w:bCs/>
          <w:lang w:val="pl-PL" w:bidi="fa-IR"/>
        </w:rPr>
        <w:t>FORMAT I NAKŁAD PRACY</w:t>
      </w:r>
      <w:r w:rsidR="00CC66AF">
        <w:rPr>
          <w:b/>
          <w:bCs/>
          <w:lang w:val="pl-PL" w:bidi="fa-IR"/>
        </w:rPr>
        <w:br/>
      </w:r>
    </w:p>
    <w:p w14:paraId="332217A3" w14:textId="5DB74D5B" w:rsidR="00F82F44" w:rsidRPr="0082310A" w:rsidRDefault="00F82F44" w:rsidP="0082310A">
      <w:pPr>
        <w:spacing w:before="120" w:after="0" w:line="240" w:lineRule="auto"/>
        <w:jc w:val="both"/>
        <w:rPr>
          <w:lang w:val="pl-PL" w:bidi="fa-IR"/>
        </w:rPr>
      </w:pPr>
      <w:r w:rsidRPr="0082310A">
        <w:rPr>
          <w:lang w:val="pl-PL" w:bidi="fa-IR"/>
        </w:rPr>
        <w:t>Będziecie podzieleni na kilkuosobowe grupy. Każda z grup będzie odpowiedzialna za określne zadania, które całościowo złoża się na projekt. Grupy będą przez Was samodzielnie zarządzane i koordynowane.</w:t>
      </w:r>
    </w:p>
    <w:p w14:paraId="494456C2" w14:textId="77777777" w:rsidR="00116DD3" w:rsidRDefault="00F82F44" w:rsidP="0082310A">
      <w:pPr>
        <w:spacing w:before="120" w:after="0" w:line="240" w:lineRule="auto"/>
        <w:jc w:val="both"/>
        <w:rPr>
          <w:lang w:val="pl-PL" w:bidi="fa-IR"/>
        </w:rPr>
      </w:pPr>
      <w:r w:rsidRPr="0082310A">
        <w:rPr>
          <w:lang w:val="pl-PL" w:bidi="fa-IR"/>
        </w:rPr>
        <w:t>Komitet sterujący złożony z pracowników naukowych i przedstawicieli studentów będzie na bieżąco koordynował działania i podejmował inicjatywy wspierające kolejne etapy projektu.</w:t>
      </w:r>
    </w:p>
    <w:p w14:paraId="71A99714" w14:textId="4DF65700" w:rsidR="00F82F44" w:rsidRPr="0082310A" w:rsidRDefault="00F82F44" w:rsidP="0082310A">
      <w:pPr>
        <w:spacing w:before="120" w:after="0" w:line="240" w:lineRule="auto"/>
        <w:jc w:val="both"/>
        <w:rPr>
          <w:lang w:val="pl-PL" w:bidi="fa-IR"/>
        </w:rPr>
      </w:pPr>
      <w:r w:rsidRPr="0082310A">
        <w:rPr>
          <w:lang w:val="pl-PL" w:bidi="fa-IR"/>
        </w:rPr>
        <w:t>Zajęcia w kontakcie z nauczycielami akademickimi odbywać się będą w modułach kilkugodzinnych</w:t>
      </w:r>
      <w:r w:rsidR="00DD7A0E">
        <w:rPr>
          <w:lang w:val="pl-PL" w:bidi="fa-IR"/>
        </w:rPr>
        <w:t xml:space="preserve"> </w:t>
      </w:r>
      <w:r w:rsidRPr="0082310A">
        <w:rPr>
          <w:lang w:val="pl-PL" w:bidi="fa-IR"/>
        </w:rPr>
        <w:t>w</w:t>
      </w:r>
      <w:r w:rsidR="00BF728F">
        <w:rPr>
          <w:lang w:val="pl-PL" w:bidi="fa-IR"/>
        </w:rPr>
        <w:t xml:space="preserve"> </w:t>
      </w:r>
      <w:r w:rsidRPr="0082310A">
        <w:rPr>
          <w:lang w:val="pl-PL" w:bidi="fa-IR"/>
        </w:rPr>
        <w:t>ciągu 1-2 dni w miesi</w:t>
      </w:r>
      <w:r w:rsidR="00507E68">
        <w:rPr>
          <w:lang w:val="pl-PL" w:bidi="fa-IR"/>
        </w:rPr>
        <w:t>ą</w:t>
      </w:r>
      <w:r w:rsidRPr="0082310A">
        <w:rPr>
          <w:lang w:val="pl-PL" w:bidi="fa-IR"/>
        </w:rPr>
        <w:t>c</w:t>
      </w:r>
      <w:r w:rsidR="00980C7B">
        <w:rPr>
          <w:lang w:val="pl-PL" w:bidi="fa-IR"/>
        </w:rPr>
        <w:t>u</w:t>
      </w:r>
      <w:r w:rsidRPr="0082310A">
        <w:rPr>
          <w:lang w:val="pl-PL" w:bidi="fa-IR"/>
        </w:rPr>
        <w:t xml:space="preserve"> (luty-czerwiec) między którymi będzie odbywała się indywidualna praca w grupach, koordynowana przez Komitet Sterujący. </w:t>
      </w:r>
    </w:p>
    <w:p w14:paraId="27BE129C" w14:textId="70B5785C" w:rsidR="00F82F44" w:rsidRPr="0082310A" w:rsidRDefault="00D07070" w:rsidP="0082310A">
      <w:pPr>
        <w:spacing w:before="120" w:after="0" w:line="240" w:lineRule="auto"/>
        <w:jc w:val="both"/>
        <w:rPr>
          <w:lang w:val="pl-PL" w:bidi="fa-IR"/>
        </w:rPr>
      </w:pPr>
      <w:r w:rsidRPr="0082310A">
        <w:rPr>
          <w:lang w:val="pl-PL" w:bidi="fa-IR"/>
        </w:rPr>
        <w:t>Prowadzone są rozmowy z firmami z sektora energii</w:t>
      </w:r>
      <w:r w:rsidR="00F82F44" w:rsidRPr="0082310A">
        <w:rPr>
          <w:lang w:val="pl-PL" w:bidi="fa-IR"/>
        </w:rPr>
        <w:t>, aby wzmocnić praktyczny aspekt projektu</w:t>
      </w:r>
      <w:r w:rsidR="00D02DBD">
        <w:rPr>
          <w:lang w:val="pl-PL" w:bidi="fa-IR"/>
        </w:rPr>
        <w:t>.</w:t>
      </w:r>
    </w:p>
    <w:p w14:paraId="182F2CC4" w14:textId="31D7FA1A" w:rsidR="00CA78F9" w:rsidRPr="0082310A" w:rsidRDefault="00F82F44" w:rsidP="0082310A">
      <w:pPr>
        <w:spacing w:before="120" w:after="0" w:line="240" w:lineRule="auto"/>
        <w:jc w:val="both"/>
        <w:rPr>
          <w:lang w:val="pl-PL" w:bidi="fa-IR"/>
        </w:rPr>
      </w:pPr>
      <w:r w:rsidRPr="0082310A">
        <w:rPr>
          <w:lang w:val="pl-PL" w:bidi="fa-IR"/>
        </w:rPr>
        <w:t>Prowadzone są działania na rzecz przyznania dodatkowych punktów 2-4 ECTS za udział w projekcie.</w:t>
      </w:r>
    </w:p>
    <w:p w14:paraId="192C6F30" w14:textId="3BE338FC" w:rsidR="0082310A" w:rsidRPr="0082310A" w:rsidRDefault="0082310A" w:rsidP="0082310A">
      <w:pPr>
        <w:spacing w:before="120" w:after="0" w:line="240" w:lineRule="auto"/>
        <w:jc w:val="center"/>
        <w:rPr>
          <w:b/>
          <w:bCs/>
          <w:lang w:val="pl-PL" w:bidi="fa-IR"/>
        </w:rPr>
      </w:pPr>
      <w:r w:rsidRPr="0082310A">
        <w:rPr>
          <w:b/>
          <w:bCs/>
          <w:lang w:val="pl-PL" w:bidi="fa-IR"/>
        </w:rPr>
        <w:t>KLUCZOWI WYKŁADOWCY</w:t>
      </w:r>
      <w:r w:rsidR="00CC66AF">
        <w:rPr>
          <w:b/>
          <w:bCs/>
          <w:lang w:val="pl-PL" w:bidi="fa-IR"/>
        </w:rPr>
        <w:br/>
      </w:r>
    </w:p>
    <w:p w14:paraId="0CA86EEA" w14:textId="1D9CEBE5" w:rsidR="0082310A" w:rsidRPr="0082310A" w:rsidRDefault="0082310A" w:rsidP="0082310A">
      <w:pPr>
        <w:pStyle w:val="Akapitzlist"/>
        <w:numPr>
          <w:ilvl w:val="0"/>
          <w:numId w:val="14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dr hab. Robert Zajdler (Politechnika Warszawska)</w:t>
      </w:r>
    </w:p>
    <w:p w14:paraId="34B3C426" w14:textId="4E1AEBB0" w:rsidR="0082310A" w:rsidRPr="0082310A" w:rsidRDefault="0082310A" w:rsidP="0082310A">
      <w:pPr>
        <w:pStyle w:val="Akapitzlist"/>
        <w:numPr>
          <w:ilvl w:val="0"/>
          <w:numId w:val="14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 xml:space="preserve">dr </w:t>
      </w:r>
      <w:r w:rsidR="00445143">
        <w:rPr>
          <w:lang w:val="pl-PL" w:bidi="fa-IR"/>
        </w:rPr>
        <w:t>hab.</w:t>
      </w:r>
      <w:r w:rsidRPr="0082310A">
        <w:rPr>
          <w:lang w:val="pl-PL" w:bidi="fa-IR"/>
        </w:rPr>
        <w:t xml:space="preserve"> Mirosław Szyłak Szydłowski, prof. PW (Politechnika Warszawska)</w:t>
      </w:r>
    </w:p>
    <w:p w14:paraId="7E8AAF59" w14:textId="79965FEC" w:rsidR="0082310A" w:rsidRPr="0082310A" w:rsidRDefault="0082310A" w:rsidP="0082310A">
      <w:pPr>
        <w:pStyle w:val="Akapitzlist"/>
        <w:numPr>
          <w:ilvl w:val="0"/>
          <w:numId w:val="14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dr Katarzyna Zambrzycka-Papuda (Politechnika Warszawska)</w:t>
      </w:r>
    </w:p>
    <w:p w14:paraId="106DCD35" w14:textId="7CD76032" w:rsidR="0082310A" w:rsidRPr="0082310A" w:rsidRDefault="0082310A" w:rsidP="0082310A">
      <w:pPr>
        <w:pStyle w:val="Akapitzlist"/>
        <w:numPr>
          <w:ilvl w:val="0"/>
          <w:numId w:val="14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prof. Rafael Miro Herrero (Universitat Politècnica de Valènci</w:t>
      </w:r>
      <w:r w:rsidR="00D02DBD">
        <w:rPr>
          <w:lang w:val="pl-PL" w:bidi="fa-IR"/>
        </w:rPr>
        <w:t>a</w:t>
      </w:r>
      <w:r w:rsidRPr="0082310A">
        <w:rPr>
          <w:lang w:val="pl-PL" w:bidi="fa-IR"/>
        </w:rPr>
        <w:t>)</w:t>
      </w:r>
    </w:p>
    <w:p w14:paraId="5AEC8F84" w14:textId="77777777" w:rsidR="0082310A" w:rsidRPr="0082310A" w:rsidRDefault="0082310A" w:rsidP="0082310A">
      <w:pPr>
        <w:pStyle w:val="Akapitzlist"/>
        <w:numPr>
          <w:ilvl w:val="0"/>
          <w:numId w:val="14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 xml:space="preserve">dr Teresa Barrachina-Celda (Universitat Politècnica de València) </w:t>
      </w:r>
    </w:p>
    <w:p w14:paraId="2474DF42" w14:textId="77777777" w:rsidR="0082310A" w:rsidRPr="0082310A" w:rsidRDefault="0082310A" w:rsidP="0082310A">
      <w:pPr>
        <w:pStyle w:val="Akapitzlist"/>
        <w:numPr>
          <w:ilvl w:val="0"/>
          <w:numId w:val="14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prof. Tetyana Morozyuk (Technische Universität Berlin)</w:t>
      </w:r>
    </w:p>
    <w:p w14:paraId="46F18BB4" w14:textId="77777777" w:rsidR="0082310A" w:rsidRDefault="0082310A" w:rsidP="0082310A">
      <w:pPr>
        <w:pStyle w:val="Akapitzlist"/>
        <w:spacing w:before="120" w:after="0" w:line="240" w:lineRule="auto"/>
        <w:contextualSpacing w:val="0"/>
        <w:jc w:val="both"/>
        <w:rPr>
          <w:lang w:val="pl-PL" w:bidi="fa-IR"/>
        </w:rPr>
      </w:pPr>
    </w:p>
    <w:p w14:paraId="1F3EECF2" w14:textId="77777777" w:rsidR="0082310A" w:rsidRDefault="0082310A" w:rsidP="0082310A">
      <w:pPr>
        <w:pStyle w:val="Akapitzlist"/>
        <w:spacing w:before="120" w:after="0" w:line="240" w:lineRule="auto"/>
        <w:contextualSpacing w:val="0"/>
        <w:jc w:val="both"/>
        <w:rPr>
          <w:lang w:val="pl-PL" w:bidi="fa-IR"/>
        </w:rPr>
      </w:pPr>
    </w:p>
    <w:p w14:paraId="58EBA43A" w14:textId="7CB2CC53" w:rsidR="0082310A" w:rsidRPr="0082310A" w:rsidRDefault="0082310A" w:rsidP="0082310A">
      <w:pPr>
        <w:spacing w:before="120" w:after="0" w:line="240" w:lineRule="auto"/>
        <w:jc w:val="center"/>
        <w:rPr>
          <w:b/>
          <w:bCs/>
          <w:lang w:val="pl-PL" w:bidi="fa-IR"/>
        </w:rPr>
      </w:pPr>
      <w:r w:rsidRPr="0082310A">
        <w:rPr>
          <w:b/>
          <w:bCs/>
          <w:lang w:val="pl-PL" w:bidi="fa-IR"/>
        </w:rPr>
        <w:t>JAKIE KOMPETENCJE ROZWINIESZ?</w:t>
      </w:r>
    </w:p>
    <w:p w14:paraId="6308195D" w14:textId="77777777" w:rsidR="0082310A" w:rsidRPr="0082310A" w:rsidRDefault="0082310A" w:rsidP="0082310A">
      <w:pPr>
        <w:spacing w:before="120" w:after="0" w:line="240" w:lineRule="auto"/>
        <w:jc w:val="both"/>
        <w:rPr>
          <w:lang w:val="pl-PL" w:bidi="fa-IR"/>
        </w:rPr>
      </w:pPr>
      <w:r w:rsidRPr="0082310A">
        <w:rPr>
          <w:u w:val="single"/>
          <w:lang w:val="pl-PL" w:bidi="fa-IR"/>
        </w:rPr>
        <w:t>Merytoryczne</w:t>
      </w:r>
    </w:p>
    <w:p w14:paraId="48C1EBE3" w14:textId="575F2D8A" w:rsidR="0082310A" w:rsidRPr="0082310A" w:rsidRDefault="0082310A" w:rsidP="0082310A">
      <w:pPr>
        <w:pStyle w:val="Akapitzlist"/>
        <w:numPr>
          <w:ilvl w:val="0"/>
          <w:numId w:val="12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rozumienie lokalnych systemów energetycznych, scenariuszy transformacji i dekarbonizacji</w:t>
      </w:r>
    </w:p>
    <w:p w14:paraId="52833AE8" w14:textId="7962E803" w:rsidR="0082310A" w:rsidRPr="0082310A" w:rsidRDefault="0082310A" w:rsidP="0082310A">
      <w:pPr>
        <w:pStyle w:val="Akapitzlist"/>
        <w:numPr>
          <w:ilvl w:val="0"/>
          <w:numId w:val="12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znajomość ram regulacyjnych i prawnych dotyczących energetyki i ochrony środowiska</w:t>
      </w:r>
    </w:p>
    <w:p w14:paraId="0F77AF26" w14:textId="626BB5F8" w:rsidR="0082310A" w:rsidRPr="0082310A" w:rsidRDefault="0082310A" w:rsidP="0082310A">
      <w:pPr>
        <w:pStyle w:val="Akapitzlist"/>
        <w:numPr>
          <w:ilvl w:val="0"/>
          <w:numId w:val="12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umiejętność łączenia perspektywy technologicznej, środowiskowej i społecznej (systemowe podejście)</w:t>
      </w:r>
    </w:p>
    <w:p w14:paraId="7D87089D" w14:textId="77777777" w:rsidR="0082310A" w:rsidRPr="0082310A" w:rsidRDefault="0082310A" w:rsidP="0082310A">
      <w:pPr>
        <w:spacing w:before="120" w:after="0" w:line="240" w:lineRule="auto"/>
        <w:jc w:val="both"/>
        <w:rPr>
          <w:lang w:val="pl-PL" w:bidi="fa-IR"/>
        </w:rPr>
      </w:pPr>
      <w:r w:rsidRPr="0082310A">
        <w:rPr>
          <w:u w:val="single"/>
          <w:lang w:val="pl-PL" w:bidi="fa-IR"/>
        </w:rPr>
        <w:t>Analityczne i projektowe</w:t>
      </w:r>
    </w:p>
    <w:p w14:paraId="406257A3" w14:textId="77777777" w:rsidR="0082310A" w:rsidRPr="0082310A" w:rsidRDefault="0082310A" w:rsidP="0082310A">
      <w:pPr>
        <w:pStyle w:val="Akapitzlist"/>
        <w:numPr>
          <w:ilvl w:val="0"/>
          <w:numId w:val="13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analiza danych i opracowywanie scenariuszy rozwojowych</w:t>
      </w:r>
    </w:p>
    <w:p w14:paraId="17C8D193" w14:textId="77777777" w:rsidR="0082310A" w:rsidRPr="0082310A" w:rsidRDefault="0082310A" w:rsidP="0082310A">
      <w:pPr>
        <w:pStyle w:val="Akapitzlist"/>
        <w:numPr>
          <w:ilvl w:val="0"/>
          <w:numId w:val="13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tworzenie strategii i map drogowych wdrożenia</w:t>
      </w:r>
    </w:p>
    <w:p w14:paraId="0E1CA136" w14:textId="77777777" w:rsidR="0082310A" w:rsidRPr="0082310A" w:rsidRDefault="0082310A" w:rsidP="0082310A">
      <w:pPr>
        <w:pStyle w:val="Akapitzlist"/>
        <w:numPr>
          <w:ilvl w:val="0"/>
          <w:numId w:val="13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lastRenderedPageBreak/>
        <w:t>praca w zespole projektowym, planowanie działań, odpowiedzialność za rezultaty</w:t>
      </w:r>
    </w:p>
    <w:p w14:paraId="7B615FEB" w14:textId="77777777" w:rsidR="0082310A" w:rsidRPr="0082310A" w:rsidRDefault="0082310A" w:rsidP="0082310A">
      <w:pPr>
        <w:spacing w:before="120" w:after="0" w:line="240" w:lineRule="auto"/>
        <w:jc w:val="both"/>
        <w:rPr>
          <w:u w:val="single"/>
          <w:lang w:val="pl-PL" w:bidi="fa-IR"/>
        </w:rPr>
      </w:pPr>
      <w:r w:rsidRPr="0082310A">
        <w:rPr>
          <w:u w:val="single"/>
          <w:lang w:val="pl-PL" w:bidi="fa-IR"/>
        </w:rPr>
        <w:t>Komunikacyjne i medialne</w:t>
      </w:r>
    </w:p>
    <w:p w14:paraId="61A9A943" w14:textId="77777777" w:rsidR="0082310A" w:rsidRPr="0082310A" w:rsidRDefault="0082310A" w:rsidP="0082310A">
      <w:pPr>
        <w:pStyle w:val="Akapitzlist"/>
        <w:numPr>
          <w:ilvl w:val="0"/>
          <w:numId w:val="14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projektowanie kampanii społecznych i strategii komunikacji w sektorze energii</w:t>
      </w:r>
    </w:p>
    <w:p w14:paraId="44CF68F3" w14:textId="1A9CA508" w:rsidR="0082310A" w:rsidRPr="0082310A" w:rsidRDefault="0082310A" w:rsidP="0082310A">
      <w:pPr>
        <w:pStyle w:val="Akapitzlist"/>
        <w:numPr>
          <w:ilvl w:val="0"/>
          <w:numId w:val="14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przygotowywanie pitch decków i prezentacji publicznych</w:t>
      </w:r>
    </w:p>
    <w:p w14:paraId="63FA048C" w14:textId="0673F4AF" w:rsidR="0082310A" w:rsidRPr="0082310A" w:rsidRDefault="0082310A" w:rsidP="0082310A">
      <w:pPr>
        <w:pStyle w:val="Akapitzlist"/>
        <w:numPr>
          <w:ilvl w:val="0"/>
          <w:numId w:val="14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tworzenie materiałów audiowizualnych i wypowiedzi wokół transformacji energetycznej</w:t>
      </w:r>
    </w:p>
    <w:p w14:paraId="098D59A3" w14:textId="77777777" w:rsidR="0082310A" w:rsidRPr="0082310A" w:rsidRDefault="0082310A" w:rsidP="0082310A">
      <w:pPr>
        <w:spacing w:before="120" w:after="0" w:line="240" w:lineRule="auto"/>
        <w:jc w:val="both"/>
        <w:rPr>
          <w:lang w:val="pl-PL" w:bidi="fa-IR"/>
        </w:rPr>
      </w:pPr>
      <w:r w:rsidRPr="0082310A">
        <w:rPr>
          <w:u w:val="single"/>
          <w:lang w:val="pl-PL" w:bidi="fa-IR"/>
        </w:rPr>
        <w:t>Międzynarodowe i międzysektorowe</w:t>
      </w:r>
    </w:p>
    <w:p w14:paraId="0EB46F7A" w14:textId="77777777" w:rsidR="0082310A" w:rsidRPr="0082310A" w:rsidRDefault="0082310A" w:rsidP="0082310A">
      <w:pPr>
        <w:pStyle w:val="Akapitzlist"/>
        <w:numPr>
          <w:ilvl w:val="0"/>
          <w:numId w:val="15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współpraca z osobami z innych uczelni i wydziałów</w:t>
      </w:r>
    </w:p>
    <w:p w14:paraId="3B2543B5" w14:textId="77777777" w:rsidR="0082310A" w:rsidRPr="0082310A" w:rsidRDefault="0082310A" w:rsidP="0082310A">
      <w:pPr>
        <w:pStyle w:val="Akapitzlist"/>
        <w:numPr>
          <w:ilvl w:val="0"/>
          <w:numId w:val="15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kontakt z ekspertami i praktykami sektora energii</w:t>
      </w:r>
    </w:p>
    <w:p w14:paraId="1FA34CEC" w14:textId="77777777" w:rsidR="0082310A" w:rsidRPr="0082310A" w:rsidRDefault="0082310A" w:rsidP="0082310A">
      <w:pPr>
        <w:pStyle w:val="Akapitzlist"/>
        <w:numPr>
          <w:ilvl w:val="0"/>
          <w:numId w:val="15"/>
        </w:numPr>
        <w:spacing w:before="120" w:after="0" w:line="240" w:lineRule="auto"/>
        <w:contextualSpacing w:val="0"/>
        <w:jc w:val="both"/>
        <w:rPr>
          <w:lang w:val="pl-PL" w:bidi="fa-IR"/>
        </w:rPr>
      </w:pPr>
      <w:r w:rsidRPr="0082310A">
        <w:rPr>
          <w:lang w:val="pl-PL" w:bidi="fa-IR"/>
        </w:rPr>
        <w:t>budowa portfolio projektowego i wzmocnienie CV</w:t>
      </w:r>
    </w:p>
    <w:p w14:paraId="53AE186B" w14:textId="77777777" w:rsidR="0082310A" w:rsidRDefault="0082310A" w:rsidP="0082310A">
      <w:pPr>
        <w:pStyle w:val="Akapitzlist"/>
        <w:spacing w:before="120" w:after="0" w:line="240" w:lineRule="auto"/>
        <w:contextualSpacing w:val="0"/>
        <w:jc w:val="both"/>
        <w:rPr>
          <w:lang w:val="pl-PL" w:bidi="fa-IR"/>
        </w:rPr>
      </w:pPr>
    </w:p>
    <w:p w14:paraId="560D7B5B" w14:textId="77777777" w:rsidR="0082310A" w:rsidRPr="0082310A" w:rsidRDefault="0082310A" w:rsidP="0082310A">
      <w:pPr>
        <w:pStyle w:val="Akapitzlist"/>
        <w:spacing w:before="120" w:after="0" w:line="240" w:lineRule="auto"/>
        <w:contextualSpacing w:val="0"/>
        <w:jc w:val="both"/>
        <w:rPr>
          <w:lang w:val="pl-PL" w:bidi="fa-IR"/>
        </w:rPr>
      </w:pPr>
    </w:p>
    <w:p w14:paraId="64D52B3A" w14:textId="2029DBD4" w:rsidR="00CA78F9" w:rsidRPr="0082310A" w:rsidRDefault="0082310A" w:rsidP="0082310A">
      <w:pPr>
        <w:spacing w:before="120" w:after="0" w:line="240" w:lineRule="auto"/>
        <w:jc w:val="center"/>
        <w:rPr>
          <w:b/>
          <w:bCs/>
          <w:lang w:val="pl-PL" w:bidi="fa-IR"/>
        </w:rPr>
      </w:pPr>
      <w:r w:rsidRPr="0082310A">
        <w:rPr>
          <w:b/>
          <w:bCs/>
          <w:lang w:val="pl-PL" w:bidi="fa-IR"/>
        </w:rPr>
        <w:t>KTO MOŻE APLIKOWAĆ?</w:t>
      </w:r>
    </w:p>
    <w:p w14:paraId="7DEC542B" w14:textId="77777777" w:rsidR="00CA1212" w:rsidRDefault="00D07070" w:rsidP="0082310A">
      <w:pPr>
        <w:spacing w:before="120" w:after="0" w:line="240" w:lineRule="auto"/>
        <w:jc w:val="both"/>
        <w:rPr>
          <w:lang w:val="pl-PL" w:bidi="fa-IR"/>
        </w:rPr>
      </w:pPr>
      <w:r w:rsidRPr="0082310A">
        <w:rPr>
          <w:lang w:val="pl-PL" w:bidi="fa-IR"/>
        </w:rPr>
        <w:t>Studenci i doktoranci Politechniki Warszawskiej</w:t>
      </w:r>
      <w:r w:rsidR="0082310A" w:rsidRPr="0082310A">
        <w:rPr>
          <w:lang w:val="pl-PL" w:bidi="fa-IR"/>
        </w:rPr>
        <w:t xml:space="preserve"> i uczelni partnerskich</w:t>
      </w:r>
      <w:r w:rsidR="006029DE">
        <w:rPr>
          <w:lang w:val="pl-PL" w:bidi="fa-IR"/>
        </w:rPr>
        <w:t xml:space="preserve"> ENHANCE</w:t>
      </w:r>
      <w:r w:rsidR="0082310A" w:rsidRPr="0082310A">
        <w:rPr>
          <w:lang w:val="pl-PL" w:bidi="fa-IR"/>
        </w:rPr>
        <w:t xml:space="preserve">. </w:t>
      </w:r>
    </w:p>
    <w:p w14:paraId="0ACCA4F0" w14:textId="3A80114B" w:rsidR="0082310A" w:rsidRPr="0082310A" w:rsidRDefault="006029DE" w:rsidP="0082310A">
      <w:pPr>
        <w:spacing w:before="120" w:after="0" w:line="240" w:lineRule="auto"/>
        <w:jc w:val="both"/>
        <w:rPr>
          <w:lang w:val="pl-PL" w:bidi="fa-IR"/>
        </w:rPr>
      </w:pPr>
      <w:r>
        <w:t>Wypełni</w:t>
      </w:r>
      <w:r w:rsidR="00BE5ED3">
        <w:t>j</w:t>
      </w:r>
      <w:r>
        <w:t xml:space="preserve"> formularz</w:t>
      </w:r>
      <w:r w:rsidR="00BE5ED3">
        <w:t xml:space="preserve"> </w:t>
      </w:r>
      <w:r>
        <w:t>rekrutacyjny</w:t>
      </w:r>
      <w:r w:rsidR="00BE5ED3">
        <w:t xml:space="preserve"> do 30.01.2026</w:t>
      </w:r>
      <w:r w:rsidR="00CA1212">
        <w:t xml:space="preserve"> r.</w:t>
      </w:r>
      <w:r w:rsidR="001374C3">
        <w:t xml:space="preserve">: </w:t>
      </w:r>
      <w:hyperlink r:id="rId6" w:history="1">
        <w:r w:rsidR="001374C3" w:rsidRPr="00291487">
          <w:rPr>
            <w:rStyle w:val="Hipercze"/>
            <w:lang w:val="pl-PL"/>
          </w:rPr>
          <w:t>ENHANCE Testbed - International and Interdisciplinary Project Classes, February-June 2026 – Wypełnij formularz</w:t>
        </w:r>
      </w:hyperlink>
    </w:p>
    <w:p w14:paraId="459121D5" w14:textId="34BCA9D9" w:rsidR="00CA78F9" w:rsidRPr="0082310A" w:rsidRDefault="00CA78F9" w:rsidP="0082310A">
      <w:pPr>
        <w:spacing w:before="120" w:after="0" w:line="240" w:lineRule="auto"/>
        <w:jc w:val="both"/>
        <w:rPr>
          <w:lang w:val="pl-PL" w:bidi="fa-IR"/>
        </w:rPr>
      </w:pPr>
    </w:p>
    <w:sectPr w:rsidR="00CA78F9" w:rsidRPr="0082310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8D839CD"/>
    <w:multiLevelType w:val="hybridMultilevel"/>
    <w:tmpl w:val="892ABB20"/>
    <w:lvl w:ilvl="0" w:tplc="7CBEF56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DCF585C"/>
    <w:multiLevelType w:val="hybridMultilevel"/>
    <w:tmpl w:val="023AE148"/>
    <w:lvl w:ilvl="0" w:tplc="7CBEF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2F640A"/>
    <w:multiLevelType w:val="hybridMultilevel"/>
    <w:tmpl w:val="99CA3EDA"/>
    <w:lvl w:ilvl="0" w:tplc="7CBEF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9E0AE64">
      <w:numFmt w:val="bullet"/>
      <w:lvlText w:val="•"/>
      <w:lvlJc w:val="left"/>
      <w:pPr>
        <w:ind w:left="1800" w:hanging="720"/>
      </w:pPr>
      <w:rPr>
        <w:rFonts w:ascii="Cambria" w:eastAsiaTheme="minorEastAsia" w:hAnsi="Cambria" w:cstheme="minorBid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4F6A2F"/>
    <w:multiLevelType w:val="hybridMultilevel"/>
    <w:tmpl w:val="B5CE25E0"/>
    <w:lvl w:ilvl="0" w:tplc="7CBEF56A">
      <w:start w:val="1"/>
      <w:numFmt w:val="bullet"/>
      <w:lvlText w:val=""/>
      <w:lvlJc w:val="left"/>
      <w:pPr>
        <w:ind w:left="7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3" w15:restartNumberingAfterBreak="0">
    <w:nsid w:val="3FAC6A50"/>
    <w:multiLevelType w:val="hybridMultilevel"/>
    <w:tmpl w:val="88C808AE"/>
    <w:lvl w:ilvl="0" w:tplc="7CBEF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EE4376"/>
    <w:multiLevelType w:val="hybridMultilevel"/>
    <w:tmpl w:val="70088154"/>
    <w:lvl w:ilvl="0" w:tplc="7CBEF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2B58F6"/>
    <w:multiLevelType w:val="hybridMultilevel"/>
    <w:tmpl w:val="54F6F3B0"/>
    <w:lvl w:ilvl="0" w:tplc="7CBEF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870876"/>
    <w:multiLevelType w:val="hybridMultilevel"/>
    <w:tmpl w:val="999CA2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1637538">
    <w:abstractNumId w:val="8"/>
  </w:num>
  <w:num w:numId="2" w16cid:durableId="1312633549">
    <w:abstractNumId w:val="6"/>
  </w:num>
  <w:num w:numId="3" w16cid:durableId="2105762891">
    <w:abstractNumId w:val="5"/>
  </w:num>
  <w:num w:numId="4" w16cid:durableId="1689718955">
    <w:abstractNumId w:val="4"/>
  </w:num>
  <w:num w:numId="5" w16cid:durableId="264314474">
    <w:abstractNumId w:val="7"/>
  </w:num>
  <w:num w:numId="6" w16cid:durableId="521747303">
    <w:abstractNumId w:val="3"/>
  </w:num>
  <w:num w:numId="7" w16cid:durableId="357975249">
    <w:abstractNumId w:val="2"/>
  </w:num>
  <w:num w:numId="8" w16cid:durableId="1372530298">
    <w:abstractNumId w:val="1"/>
  </w:num>
  <w:num w:numId="9" w16cid:durableId="1550729228">
    <w:abstractNumId w:val="0"/>
  </w:num>
  <w:num w:numId="10" w16cid:durableId="1083189063">
    <w:abstractNumId w:val="16"/>
  </w:num>
  <w:num w:numId="11" w16cid:durableId="1936356596">
    <w:abstractNumId w:val="9"/>
  </w:num>
  <w:num w:numId="12" w16cid:durableId="1034967274">
    <w:abstractNumId w:val="13"/>
  </w:num>
  <w:num w:numId="13" w16cid:durableId="39868889">
    <w:abstractNumId w:val="10"/>
  </w:num>
  <w:num w:numId="14" w16cid:durableId="355271254">
    <w:abstractNumId w:val="11"/>
  </w:num>
  <w:num w:numId="15" w16cid:durableId="1659335840">
    <w:abstractNumId w:val="14"/>
  </w:num>
  <w:num w:numId="16" w16cid:durableId="92673456">
    <w:abstractNumId w:val="12"/>
  </w:num>
  <w:num w:numId="17" w16cid:durableId="20196948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423F"/>
    <w:rsid w:val="0006063C"/>
    <w:rsid w:val="00116DD3"/>
    <w:rsid w:val="001374C3"/>
    <w:rsid w:val="00142C5A"/>
    <w:rsid w:val="0015074B"/>
    <w:rsid w:val="001F5593"/>
    <w:rsid w:val="0029639D"/>
    <w:rsid w:val="002F1A25"/>
    <w:rsid w:val="00326F90"/>
    <w:rsid w:val="00427A41"/>
    <w:rsid w:val="00445143"/>
    <w:rsid w:val="004E51F0"/>
    <w:rsid w:val="00507E68"/>
    <w:rsid w:val="006029DE"/>
    <w:rsid w:val="00616F18"/>
    <w:rsid w:val="006D3A06"/>
    <w:rsid w:val="006E4FE1"/>
    <w:rsid w:val="007902E8"/>
    <w:rsid w:val="0082310A"/>
    <w:rsid w:val="00980C7B"/>
    <w:rsid w:val="00AA1D8D"/>
    <w:rsid w:val="00AF6BAA"/>
    <w:rsid w:val="00B47730"/>
    <w:rsid w:val="00B95583"/>
    <w:rsid w:val="00BE5ED3"/>
    <w:rsid w:val="00BF728F"/>
    <w:rsid w:val="00C477AE"/>
    <w:rsid w:val="00C83321"/>
    <w:rsid w:val="00C964A9"/>
    <w:rsid w:val="00CA1212"/>
    <w:rsid w:val="00CA78F9"/>
    <w:rsid w:val="00CB0664"/>
    <w:rsid w:val="00CC66AF"/>
    <w:rsid w:val="00D02DBD"/>
    <w:rsid w:val="00D07070"/>
    <w:rsid w:val="00DD7A0E"/>
    <w:rsid w:val="00F82F4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D6D217"/>
  <w14:defaultImageDpi w14:val="300"/>
  <w15:docId w15:val="{221D27D9-F8C2-A446-B2E3-36AEF8F7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unhideWhenUsed/>
    <w:rsid w:val="001374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orms.office.com/e/A2qeu8Cs4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690</Words>
  <Characters>4146</Characters>
  <Application>Microsoft Office Word</Application>
  <DocSecurity>0</DocSecurity>
  <Lines>34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4827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Szczepański Piotr</cp:lastModifiedBy>
  <cp:revision>22</cp:revision>
  <dcterms:created xsi:type="dcterms:W3CDTF">2025-12-03T11:09:00Z</dcterms:created>
  <dcterms:modified xsi:type="dcterms:W3CDTF">2026-01-08T09:31:00Z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e8154d4c-512a-4ffc-82c1-d40dad972514</vt:lpwstr>
  </property>
</Properties>
</file>